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i w:val="0"/>
          <w:color w:val="1A1A1A"/>
          <w:sz w:val="30"/>
        </w:rPr>
        <w:t>YOUR FIRST REPLY TO A FOREIGN BUYER: THREE TEMPLATES</w:t>
      </w:r>
    </w:p>
    <w:p>
      <w:pPr>
        <w:spacing w:before="0" w:after="200"/>
      </w:pPr>
      <w:r>
        <w:rPr>
          <w:b w:val="0"/>
          <w:i/>
          <w:color w:val="6B665E"/>
          <w:sz w:val="18"/>
        </w:rPr>
        <w:t>The first reply isn't there to make the sale. It has four jobs: go out fast, show in two lines that you know your product, find out who you're dealing with, and propose a next step with a date. Fill in the square brackets and delete what doesn't apply.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1 · THE GENERIC ENQUIRY (CATALOGUE AND PRICE LIST, PLEASE)</w:t>
      </w:r>
    </w:p>
    <w:p>
      <w:pPr>
        <w:spacing w:before="80" w:after="40"/>
      </w:pPr>
      <w:r>
        <w:rPr>
          <w:b w:val="0"/>
          <w:i/>
          <w:color w:val="6B665E"/>
          <w:sz w:val="17"/>
        </w:rPr>
        <w:t>Use this for a vague enquiry. The subject line already says why there's no price inside, so the missing price list doesn't look evasive.</w:t>
      </w:r>
    </w:p>
    <w:p>
      <w:pPr>
        <w:spacing w:before="160" w:after="80"/>
      </w:pPr>
      <w:r>
        <w:rPr>
          <w:b/>
          <w:i w:val="0"/>
          <w:color w:val="1A1A1A"/>
          <w:sz w:val="18"/>
        </w:rPr>
        <w:t>Subject: Re: [product] enquiry - a few questions before I send the right price list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Dear [name],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Thank you for reaching out. We are [company], a [size] producer of [product] based in [region, Italy]. We produce [key technical detail: yield, batch size, formats] and we currently supply [countries / channels].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So that I can send you the right export price list rather than a generic one, three quick questions: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1. Which market will the product be sold in, and through which channel (retail, food service, distribution)?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2. What volumes are you considering for a first order, and in which packaging format?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3. Do you need our own brand, or private label?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In the meantime, I've attached our spec sheet in English so you can see the range.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I can send the full quotation within [24/48] hours of your reply, or we can go through it in a short call: I am available [day] or [day], [time range] CET.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Kind regards,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[name] - [role]  ·  [company] - [website] - [phone]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2 · THE ENQUIRY THAT IS ALREADY SPECIFIC (PRODUCT, FORMAT, VOLUME, MARKET)</w:t>
      </w:r>
    </w:p>
    <w:p>
      <w:pPr>
        <w:spacing w:before="80" w:after="40"/>
      </w:pPr>
      <w:r>
        <w:rPr>
          <w:b w:val="0"/>
          <w:i/>
          <w:color w:val="6B665E"/>
          <w:sz w:val="17"/>
        </w:rPr>
        <w:t>Use this when the enquiry is complete. Slowing it down with questions is the mirror image of sending everything at once. The last line turns an email into an appointment: only use it when it's true.</w:t>
      </w:r>
    </w:p>
    <w:p>
      <w:pPr>
        <w:spacing w:before="160" w:after="80"/>
      </w:pPr>
      <w:r>
        <w:rPr>
          <w:b/>
          <w:i w:val="0"/>
          <w:color w:val="1A1A1A"/>
          <w:sz w:val="18"/>
        </w:rPr>
        <w:t>Subject: Re: [product] [format] - availability, terms and next step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Dear [name],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Thank you for the detailed enquiry, which makes this easy.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Availability: [product] in [format] is available, current lead time [X] working days for [quantity].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Terms: our export price list is attached, quoted [EXW / FOB port]. Minimum order [MOQ] for this format.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Compliance: our spec sheet in English is attached; [label adaptation / certificate] for [country] can be prepared in [timeframe].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Two points I would like to confirm before we go further: the destination market, since labelling requirements differ, and whether you need samples before the first order.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If it works for you, I can hold [quantity] from batch [reference] until [date] while you review.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Kind regards,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[name] - [role]  ·  [company] - [website] - [phone]</w:t>
      </w:r>
    </w:p>
    <w:p>
      <w:pPr>
        <w:spacing w:before="240" w:after="80"/>
      </w:pPr>
      <w:r>
        <w:rPr>
          <w:b/>
          <w:i w:val="0"/>
          <w:color w:val="1A1A1A"/>
          <w:sz w:val="20"/>
        </w:rPr>
        <w:t>3 · THE COUNTRY YOU ARE NOT READY FOR YET</w:t>
      </w:r>
    </w:p>
    <w:p>
      <w:pPr>
        <w:spacing w:before="80" w:after="40"/>
      </w:pPr>
      <w:r>
        <w:rPr>
          <w:b w:val="0"/>
          <w:i/>
          <w:color w:val="6B665E"/>
          <w:sz w:val="17"/>
        </w:rPr>
        <w:t>Use this when the buyer asks about a market where you don't yet have the certificate, the label or the registration. A clear no with a date keeps the relationship going and puts you in their diary. Silence, or a vague promise to look into it, closes the door twice.</w:t>
      </w:r>
    </w:p>
    <w:p>
      <w:pPr>
        <w:spacing w:before="160" w:after="80"/>
      </w:pPr>
      <w:r>
        <w:rPr>
          <w:b/>
          <w:i w:val="0"/>
          <w:color w:val="1A1A1A"/>
          <w:sz w:val="18"/>
        </w:rPr>
        <w:t>Subject: Re: [product] for [country] - not yet, and when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Dear [name],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Thank you for your interest in [product]. I'd rather give you a precise answer than a quick one.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At the moment we are unable to supply [country]: [the reason, in one line: e.g. the health certificate for that market / the label adaptation / the establishment registration] is not yet in place.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We expect to have it in place by [month]. If it helps, I'll write to you again on [date] with the export price list and the documents for [country].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In the meantime, we currently supply [countries / channels], and I've attached our spec sheet in English so you can see what we make.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Kind regards,</w:t>
      </w:r>
    </w:p>
    <w:p>
      <w:pPr>
        <w:spacing w:before="0" w:after="80"/>
      </w:pPr>
      <w:r>
        <w:rPr>
          <w:b w:val="0"/>
          <w:i w:val="0"/>
          <w:color w:val="1A1A1A"/>
          <w:sz w:val="18"/>
        </w:rPr>
        <w:t>[name] - [role]  ·  [company] - [website] - [phone]</w:t>
      </w:r>
    </w:p>
    <w:p>
      <w:pPr>
        <w:spacing w:before="280" w:after="20"/>
      </w:pPr>
      <w:r>
        <w:rPr>
          <w:b w:val="0"/>
          <w:i w:val="0"/>
          <w:color w:val="6B665E"/>
          <w:sz w:val="17"/>
        </w:rPr>
        <w:t>Templates written from scratch: they don't reproduce any real customer's correspondence. Produced by Itria. The four jobs of a first reply:</w:t>
      </w:r>
    </w:p>
    <w:p>
      <w:pPr>
        <w:spacing w:before="0" w:after="0"/>
      </w:pPr>
      <w:r>
        <w:rPr>
          <w:b w:val="0"/>
          <w:i w:val="0"/>
          <w:color w:val="6B665E"/>
          <w:sz w:val="17"/>
        </w:rPr>
        <w:t>itria.io/en/rispondere-mail-importatore-estero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1A1A1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first reply to a foreign buyer: three templates</dc:title>
  <dc:subject/>
  <dc:creator>Itria</dc:creator>
  <cp:keywords/>
  <dc:description>itria.io</dc:description>
  <cp:lastModifiedBy>Itria</cp:lastModifiedBy>
  <cp:revision>1</cp:revision>
  <dcterms:created xsi:type="dcterms:W3CDTF">2026-09-30T08:08:20Z</dcterms:created>
  <dcterms:modified xsi:type="dcterms:W3CDTF">2026-09-30T08:08:20Z</dcterms:modified>
  <cp:category/>
</cp:coreProperties>
</file>